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A606" w14:textId="77777777" w:rsidR="00290C3F" w:rsidRDefault="00000000">
      <w:pPr>
        <w:spacing w:after="40"/>
        <w:jc w:val="center"/>
      </w:pPr>
      <w:r>
        <w:rPr>
          <w:rFonts w:ascii="Aptos Display" w:hAnsi="Aptos Display"/>
          <w:b/>
          <w:sz w:val="46"/>
        </w:rPr>
        <w:t>PRIÈRE POUR LA RENTRÉE</w:t>
      </w:r>
    </w:p>
    <w:p w14:paraId="624BF417" w14:textId="77777777" w:rsidR="00290C3F" w:rsidRDefault="00000000">
      <w:pPr>
        <w:spacing w:after="40"/>
        <w:jc w:val="center"/>
      </w:pPr>
      <w:r>
        <w:rPr>
          <w:i/>
          <w:color w:val="607D74"/>
          <w:sz w:val="22"/>
        </w:rPr>
        <w:t>Confier au Seigneur l’année qui commence</w:t>
      </w:r>
    </w:p>
    <w:p w14:paraId="16E0143D" w14:textId="77777777" w:rsidR="00290C3F" w:rsidRDefault="00000000">
      <w:pPr>
        <w:spacing w:before="20" w:after="140"/>
        <w:jc w:val="center"/>
      </w:pPr>
      <w:r>
        <w:rPr>
          <w:color w:val="B8914D"/>
          <w:sz w:val="14"/>
        </w:rPr>
        <w:t>◆   ◆   ◆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290C3F" w14:paraId="0198038B" w14:textId="77777777">
        <w:trPr>
          <w:jc w:val="center"/>
        </w:trPr>
        <w:tc>
          <w:tcPr>
            <w:tcW w:w="9972" w:type="dxa"/>
            <w:shd w:val="clear" w:color="auto" w:fill="F3F6F4"/>
            <w:tcMar>
              <w:top w:w="160" w:type="dxa"/>
              <w:left w:w="250" w:type="dxa"/>
              <w:bottom w:w="160" w:type="dxa"/>
              <w:right w:w="250" w:type="dxa"/>
            </w:tcMar>
          </w:tcPr>
          <w:p w14:paraId="2D7521A2" w14:textId="035FF950" w:rsidR="00290C3F" w:rsidRDefault="00533E08">
            <w:pPr>
              <w:jc w:val="center"/>
            </w:pPr>
            <w:r>
              <w:rPr>
                <w:b/>
                <w:color w:val="607D74"/>
                <w:sz w:val="24"/>
              </w:rPr>
              <w:t xml:space="preserve">“Le </w:t>
            </w:r>
            <w:proofErr w:type="spellStart"/>
            <w:r>
              <w:rPr>
                <w:b/>
                <w:color w:val="607D74"/>
                <w:sz w:val="24"/>
              </w:rPr>
              <w:t>coeur</w:t>
            </w:r>
            <w:proofErr w:type="spellEnd"/>
            <w:r>
              <w:rPr>
                <w:b/>
                <w:color w:val="607D74"/>
                <w:sz w:val="24"/>
              </w:rPr>
              <w:t xml:space="preserve"> parle au </w:t>
            </w:r>
            <w:proofErr w:type="spellStart"/>
            <w:r>
              <w:rPr>
                <w:b/>
                <w:color w:val="607D74"/>
                <w:sz w:val="24"/>
              </w:rPr>
              <w:t>coeur</w:t>
            </w:r>
            <w:proofErr w:type="spellEnd"/>
            <w:r>
              <w:rPr>
                <w:b/>
                <w:color w:val="607D74"/>
                <w:sz w:val="24"/>
              </w:rPr>
              <w:t>” Saint John Henry Newman</w:t>
            </w:r>
          </w:p>
        </w:tc>
      </w:tr>
    </w:tbl>
    <w:p w14:paraId="3FCCAE1C" w14:textId="77777777" w:rsidR="00290C3F" w:rsidRDefault="00290C3F">
      <w:pPr>
        <w:spacing w:after="0"/>
      </w:pPr>
    </w:p>
    <w:p w14:paraId="2A402E02" w14:textId="77777777" w:rsidR="00290C3F" w:rsidRDefault="00000000">
      <w:pPr>
        <w:spacing w:after="120" w:line="252" w:lineRule="auto"/>
        <w:jc w:val="center"/>
      </w:pPr>
      <w:r>
        <w:rPr>
          <w:b/>
          <w:color w:val="607D74"/>
        </w:rPr>
        <w:t>Seigneur,</w:t>
      </w:r>
    </w:p>
    <w:p w14:paraId="7B31CCC1" w14:textId="77777777" w:rsidR="00290C3F" w:rsidRDefault="00000000">
      <w:pPr>
        <w:spacing w:after="100" w:line="252" w:lineRule="auto"/>
        <w:jc w:val="center"/>
      </w:pPr>
      <w:r>
        <w:t>Merci pour les vacances,</w:t>
      </w:r>
      <w:r>
        <w:br/>
        <w:t>pour les moments de joie, les découvertes, les rencontres</w:t>
      </w:r>
      <w:r>
        <w:br/>
        <w:t>et pour toute la beauté que nous avons pu admirer.</w:t>
      </w:r>
    </w:p>
    <w:p w14:paraId="4088F3A3" w14:textId="77777777" w:rsidR="00290C3F" w:rsidRDefault="00000000">
      <w:pPr>
        <w:spacing w:after="100" w:line="252" w:lineRule="auto"/>
        <w:jc w:val="center"/>
      </w:pPr>
      <w:r>
        <w:t>Aujourd’hui, c’est la rentrée.</w:t>
      </w:r>
      <w:r>
        <w:br/>
        <w:t>Une nouvelle année commence.</w:t>
      </w:r>
    </w:p>
    <w:p w14:paraId="60F780DD" w14:textId="77777777" w:rsidR="00290C3F" w:rsidRDefault="00000000">
      <w:pPr>
        <w:spacing w:after="120" w:line="252" w:lineRule="auto"/>
        <w:jc w:val="center"/>
      </w:pPr>
      <w:r>
        <w:rPr>
          <w:b/>
          <w:color w:val="607D74"/>
        </w:rPr>
        <w:t>Me voici, Seigneur.</w:t>
      </w:r>
      <w:r>
        <w:rPr>
          <w:b/>
          <w:color w:val="607D74"/>
        </w:rPr>
        <w:br/>
        <w:t>Je te confie cette année scolaire.</w:t>
      </w:r>
    </w:p>
    <w:p w14:paraId="12179786" w14:textId="77777777" w:rsidR="00290C3F" w:rsidRDefault="00000000">
      <w:pPr>
        <w:spacing w:after="100" w:line="252" w:lineRule="auto"/>
        <w:jc w:val="center"/>
      </w:pPr>
      <w:r>
        <w:t>Merci pour les amis que je retrouve</w:t>
      </w:r>
      <w:r>
        <w:br/>
        <w:t>et pour les nouvelles personnes que je vais rencontrer.</w:t>
      </w:r>
    </w:p>
    <w:p w14:paraId="2E1C9F1C" w14:textId="77777777" w:rsidR="00290C3F" w:rsidRDefault="00000000">
      <w:pPr>
        <w:spacing w:after="100" w:line="252" w:lineRule="auto"/>
        <w:jc w:val="center"/>
      </w:pPr>
      <w:r>
        <w:t>Aide-moi à accueillir chacun avec bienveillance,</w:t>
      </w:r>
      <w:r>
        <w:br/>
        <w:t>à être attentif à ceux qui sont seuls,</w:t>
      </w:r>
      <w:r>
        <w:br/>
        <w:t>à tendre la main à celui qui en a besoin.</w:t>
      </w:r>
    </w:p>
    <w:p w14:paraId="1B10CE30" w14:textId="77777777" w:rsidR="00290C3F" w:rsidRDefault="00000000">
      <w:pPr>
        <w:spacing w:after="100" w:line="252" w:lineRule="auto"/>
        <w:jc w:val="center"/>
      </w:pPr>
      <w:r>
        <w:t>Quand je me sentirai inquiet, découragé ou isolé,</w:t>
      </w:r>
      <w:r>
        <w:br/>
        <w:t>donne-moi le courage d’aller vers les autres.</w:t>
      </w:r>
    </w:p>
    <w:p w14:paraId="6EC2D92F" w14:textId="77777777" w:rsidR="00290C3F" w:rsidRDefault="00000000">
      <w:pPr>
        <w:spacing w:after="120" w:line="252" w:lineRule="auto"/>
        <w:jc w:val="center"/>
      </w:pPr>
      <w:r>
        <w:rPr>
          <w:b/>
          <w:color w:val="607D74"/>
        </w:rPr>
        <w:t>Ouvre mon intelligence pour apprendre,</w:t>
      </w:r>
      <w:r>
        <w:rPr>
          <w:b/>
          <w:color w:val="607D74"/>
        </w:rPr>
        <w:br/>
        <w:t>ouvre mon cœur pour aimer, partager et grandir.</w:t>
      </w:r>
    </w:p>
    <w:p w14:paraId="4412C06F" w14:textId="77777777" w:rsidR="00290C3F" w:rsidRDefault="00000000">
      <w:pPr>
        <w:spacing w:after="100" w:line="252" w:lineRule="auto"/>
        <w:jc w:val="center"/>
      </w:pPr>
      <w:r>
        <w:t>Bénis mon cartable,</w:t>
      </w:r>
      <w:r>
        <w:br/>
        <w:t>tout ce qu’il contient,</w:t>
      </w:r>
      <w:r>
        <w:br/>
        <w:t>et tous ceux qui m’accompagneront cette année.</w:t>
      </w:r>
    </w:p>
    <w:p w14:paraId="1E6D2C95" w14:textId="77777777" w:rsidR="00290C3F" w:rsidRDefault="00000000">
      <w:pPr>
        <w:spacing w:after="100" w:line="252" w:lineRule="auto"/>
        <w:jc w:val="center"/>
      </w:pPr>
      <w:r>
        <w:t>Que chaque jour soit une occasion de grandir</w:t>
      </w:r>
      <w:r>
        <w:br/>
        <w:t>dans la confiance, la joie et l’amitié.</w:t>
      </w:r>
    </w:p>
    <w:p w14:paraId="5D5403D4" w14:textId="77777777" w:rsidR="00290C3F" w:rsidRDefault="00000000">
      <w:pPr>
        <w:spacing w:after="120" w:line="252" w:lineRule="auto"/>
        <w:jc w:val="center"/>
      </w:pPr>
      <w:r>
        <w:rPr>
          <w:b/>
          <w:color w:val="607D74"/>
        </w:rPr>
        <w:t>Amen.</w:t>
      </w:r>
    </w:p>
    <w:p w14:paraId="7B23C297" w14:textId="77777777" w:rsidR="00290C3F" w:rsidRDefault="00000000">
      <w:r>
        <w:br w:type="page"/>
      </w:r>
    </w:p>
    <w:p w14:paraId="25ED0E3F" w14:textId="77777777" w:rsidR="00290C3F" w:rsidRDefault="00000000">
      <w:pPr>
        <w:spacing w:after="40"/>
        <w:jc w:val="center"/>
      </w:pPr>
      <w:r>
        <w:rPr>
          <w:rFonts w:ascii="Aptos Display" w:hAnsi="Aptos Display"/>
          <w:b/>
          <w:sz w:val="46"/>
        </w:rPr>
        <w:lastRenderedPageBreak/>
        <w:t>PÉDENN AVEIT DISTRO-SKOL ER VUGALÉ</w:t>
      </w:r>
    </w:p>
    <w:p w14:paraId="1248563D" w14:textId="77777777" w:rsidR="00290C3F" w:rsidRDefault="00000000">
      <w:pPr>
        <w:spacing w:after="40"/>
        <w:jc w:val="center"/>
      </w:pPr>
      <w:r>
        <w:rPr>
          <w:i/>
          <w:color w:val="607D74"/>
          <w:sz w:val="22"/>
        </w:rPr>
        <w:t>Prière pour la rentrée scolaire des enfants • stumm gwénedeg</w:t>
      </w:r>
    </w:p>
    <w:p w14:paraId="7C212358" w14:textId="77777777" w:rsidR="00290C3F" w:rsidRDefault="00000000">
      <w:pPr>
        <w:spacing w:before="20" w:after="140"/>
        <w:jc w:val="center"/>
      </w:pPr>
      <w:r>
        <w:rPr>
          <w:color w:val="B8914D"/>
          <w:sz w:val="14"/>
        </w:rPr>
        <w:t>◆   ◆   ◆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290C3F" w14:paraId="5F6EF956" w14:textId="77777777">
        <w:trPr>
          <w:jc w:val="center"/>
        </w:trPr>
        <w:tc>
          <w:tcPr>
            <w:tcW w:w="4592" w:type="dxa"/>
            <w:shd w:val="clear" w:color="auto" w:fill="F3F6F4"/>
            <w:tcMar>
              <w:top w:w="220" w:type="dxa"/>
              <w:left w:w="260" w:type="dxa"/>
              <w:bottom w:w="220" w:type="dxa"/>
              <w:right w:w="260" w:type="dxa"/>
            </w:tcMar>
          </w:tcPr>
          <w:p w14:paraId="1E55E839" w14:textId="77777777" w:rsidR="00290C3F" w:rsidRDefault="00000000">
            <w:pPr>
              <w:jc w:val="center"/>
            </w:pPr>
            <w:r>
              <w:rPr>
                <w:b/>
                <w:color w:val="B8914D"/>
                <w:sz w:val="18"/>
              </w:rPr>
              <w:t>BRETON</w:t>
            </w:r>
          </w:p>
          <w:p w14:paraId="60BA92EB" w14:textId="77777777" w:rsidR="00290C3F" w:rsidRDefault="00000000">
            <w:pPr>
              <w:spacing w:after="140" w:line="252" w:lineRule="auto"/>
            </w:pPr>
            <w:r>
              <w:rPr>
                <w:sz w:val="18"/>
              </w:rPr>
              <w:t>Jézuz-krouédur, furnéz peurbadus,</w:t>
            </w:r>
            <w:r>
              <w:rPr>
                <w:sz w:val="18"/>
              </w:rPr>
              <w:br/>
              <w:t>Taolet ho sell arnon,</w:t>
            </w:r>
            <w:r>
              <w:rPr>
                <w:sz w:val="18"/>
              </w:rPr>
              <w:br/>
              <w:t>rak ho pédein e ran</w:t>
            </w:r>
            <w:r>
              <w:rPr>
                <w:sz w:val="18"/>
              </w:rPr>
              <w:br/>
              <w:t>aveit kennig d'oh me labour-skol.</w:t>
            </w:r>
          </w:p>
          <w:p w14:paraId="70A334C2" w14:textId="77777777" w:rsidR="00290C3F" w:rsidRDefault="00000000">
            <w:pPr>
              <w:spacing w:after="140" w:line="252" w:lineRule="auto"/>
            </w:pPr>
            <w:r>
              <w:rPr>
                <w:sz w:val="18"/>
              </w:rPr>
              <w:t>Hwi é Aotrou er skiant,</w:t>
            </w:r>
            <w:r>
              <w:rPr>
                <w:sz w:val="18"/>
              </w:rPr>
              <w:br/>
              <w:t>Hwi é mammenn pep donézon</w:t>
            </w:r>
            <w:r>
              <w:rPr>
                <w:sz w:val="18"/>
              </w:rPr>
              <w:br/>
              <w:t>ha mammenn en évôr :</w:t>
            </w:r>
            <w:r>
              <w:rPr>
                <w:sz w:val="18"/>
              </w:rPr>
              <w:br/>
              <w:t>dait d'em sekour é-kreiz men gwanedigeh,</w:t>
            </w:r>
            <w:r>
              <w:rPr>
                <w:sz w:val="18"/>
              </w:rPr>
              <w:br/>
              <w:t>Sklaerait me spered,</w:t>
            </w:r>
            <w:r>
              <w:rPr>
                <w:sz w:val="18"/>
              </w:rPr>
              <w:br/>
              <w:t>rait dein kavouit er wirioné hag er houiedigeh,</w:t>
            </w:r>
            <w:r>
              <w:rPr>
                <w:sz w:val="18"/>
              </w:rPr>
              <w:br/>
              <w:t>harpet mé é-kreiz men diaesemanteù.</w:t>
            </w:r>
          </w:p>
          <w:p w14:paraId="402BEC30" w14:textId="77777777" w:rsidR="00290C3F" w:rsidRDefault="00000000">
            <w:pPr>
              <w:spacing w:after="140" w:line="252" w:lineRule="auto"/>
            </w:pPr>
            <w:r>
              <w:rPr>
                <w:sz w:val="18"/>
              </w:rPr>
              <w:t>Rait dein er hrès 'eit kas de benn get féalded</w:t>
            </w:r>
            <w:r>
              <w:rPr>
                <w:sz w:val="18"/>
              </w:rPr>
              <w:br/>
              <w:t>men devér skoliad</w:t>
            </w:r>
            <w:r>
              <w:rPr>
                <w:sz w:val="18"/>
              </w:rPr>
              <w:br/>
              <w:t>ha tennein anehon er fréh gwellañ,</w:t>
            </w:r>
            <w:r>
              <w:rPr>
                <w:sz w:val="18"/>
              </w:rPr>
              <w:br/>
              <w:t>ma kreskein ér furnéz,</w:t>
            </w:r>
            <w:r>
              <w:rPr>
                <w:sz w:val="18"/>
              </w:rPr>
              <w:br/>
              <w:t>aveit gloér en Aotrou Doué</w:t>
            </w:r>
            <w:r>
              <w:rPr>
                <w:sz w:val="18"/>
              </w:rPr>
              <w:br/>
              <w:t>én ur servijein me nésañ.</w:t>
            </w:r>
          </w:p>
          <w:p w14:paraId="7010D510" w14:textId="77777777" w:rsidR="00290C3F" w:rsidRDefault="00000000">
            <w:pPr>
              <w:spacing w:after="140" w:line="252" w:lineRule="auto"/>
            </w:pPr>
            <w:r>
              <w:rPr>
                <w:sz w:val="18"/>
              </w:rPr>
              <w:t>O Jézuz dous ha karantéus,</w:t>
            </w:r>
            <w:r>
              <w:rPr>
                <w:sz w:val="18"/>
              </w:rPr>
              <w:br/>
              <w:t>dakoret dein ho kwarnasion bamdé</w:t>
            </w:r>
            <w:r>
              <w:rPr>
                <w:sz w:val="18"/>
              </w:rPr>
              <w:br/>
              <w:t>ha kaset mé ar hent en anaoudigeh,</w:t>
            </w:r>
            <w:r>
              <w:rPr>
                <w:sz w:val="18"/>
              </w:rPr>
              <w:br/>
              <w:t>hag ewé ar hent er vuhe peurbadus. Amen.</w:t>
            </w:r>
          </w:p>
        </w:tc>
        <w:tc>
          <w:tcPr>
            <w:tcW w:w="4592" w:type="dxa"/>
            <w:shd w:val="clear" w:color="auto" w:fill="FBFAF6"/>
            <w:tcMar>
              <w:top w:w="220" w:type="dxa"/>
              <w:left w:w="260" w:type="dxa"/>
              <w:bottom w:w="220" w:type="dxa"/>
              <w:right w:w="260" w:type="dxa"/>
            </w:tcMar>
          </w:tcPr>
          <w:p w14:paraId="50CAA8AB" w14:textId="77777777" w:rsidR="00290C3F" w:rsidRDefault="00000000">
            <w:pPr>
              <w:jc w:val="center"/>
            </w:pPr>
            <w:r>
              <w:rPr>
                <w:b/>
                <w:color w:val="B8914D"/>
                <w:sz w:val="18"/>
              </w:rPr>
              <w:t>FRANÇAIS</w:t>
            </w:r>
          </w:p>
          <w:p w14:paraId="09B58AA8" w14:textId="77777777" w:rsidR="00290C3F" w:rsidRDefault="00000000">
            <w:pPr>
              <w:spacing w:after="140" w:line="252" w:lineRule="auto"/>
            </w:pPr>
            <w:r>
              <w:rPr>
                <w:i/>
                <w:sz w:val="18"/>
              </w:rPr>
              <w:t>Enfant-Jésus, Sagesse éternelle,</w:t>
            </w:r>
            <w:r>
              <w:rPr>
                <w:i/>
                <w:sz w:val="18"/>
              </w:rPr>
              <w:br/>
              <w:t>tournez votre regard vers moi,</w:t>
            </w:r>
            <w:r>
              <w:rPr>
                <w:i/>
                <w:sz w:val="18"/>
              </w:rPr>
              <w:br/>
              <w:t>car je vous prie</w:t>
            </w:r>
            <w:r>
              <w:rPr>
                <w:i/>
                <w:sz w:val="18"/>
              </w:rPr>
              <w:br/>
              <w:t>afin de vous offrir mon travail scolaire.</w:t>
            </w:r>
          </w:p>
          <w:p w14:paraId="1494FD0A" w14:textId="77777777" w:rsidR="00290C3F" w:rsidRDefault="00000000">
            <w:pPr>
              <w:spacing w:after="140" w:line="252" w:lineRule="auto"/>
            </w:pPr>
            <w:r>
              <w:rPr>
                <w:i/>
                <w:sz w:val="18"/>
              </w:rPr>
              <w:t>Vous êtes le Seigneur de la science,</w:t>
            </w:r>
            <w:r>
              <w:rPr>
                <w:i/>
                <w:sz w:val="18"/>
              </w:rPr>
              <w:br/>
              <w:t>vous êtes la source de chaque don</w:t>
            </w:r>
            <w:r>
              <w:rPr>
                <w:i/>
                <w:sz w:val="18"/>
              </w:rPr>
              <w:br/>
              <w:t>et la source de la mémoire :</w:t>
            </w:r>
            <w:r>
              <w:rPr>
                <w:i/>
                <w:sz w:val="18"/>
              </w:rPr>
              <w:br/>
              <w:t>venez à mon aide au milieu de ma faiblesse,</w:t>
            </w:r>
            <w:r>
              <w:rPr>
                <w:i/>
                <w:sz w:val="18"/>
              </w:rPr>
              <w:br/>
              <w:t>éclairez mon esprit,</w:t>
            </w:r>
            <w:r>
              <w:rPr>
                <w:i/>
                <w:sz w:val="18"/>
              </w:rPr>
              <w:br/>
              <w:t>donnez-moi de trouver la vérité et le savoir,</w:t>
            </w:r>
            <w:r>
              <w:rPr>
                <w:i/>
                <w:sz w:val="18"/>
              </w:rPr>
              <w:br/>
              <w:t>soutenez-moi au cœur de mes difficultés.</w:t>
            </w:r>
          </w:p>
          <w:p w14:paraId="32BC3057" w14:textId="77777777" w:rsidR="00290C3F" w:rsidRDefault="00000000">
            <w:pPr>
              <w:spacing w:after="140" w:line="252" w:lineRule="auto"/>
            </w:pPr>
            <w:r>
              <w:rPr>
                <w:i/>
                <w:sz w:val="18"/>
              </w:rPr>
              <w:t>Donnez-moi la grâce afin de mener à bien avec fidélité</w:t>
            </w:r>
            <w:r>
              <w:rPr>
                <w:i/>
                <w:sz w:val="18"/>
              </w:rPr>
              <w:br/>
              <w:t>mon devoir d'écolier</w:t>
            </w:r>
            <w:r>
              <w:rPr>
                <w:i/>
                <w:sz w:val="18"/>
              </w:rPr>
              <w:br/>
              <w:t>et d'en tirer le meilleur fruit,</w:t>
            </w:r>
            <w:r>
              <w:rPr>
                <w:i/>
                <w:sz w:val="18"/>
              </w:rPr>
              <w:br/>
              <w:t>pour que je grandisse en sagesse,</w:t>
            </w:r>
            <w:r>
              <w:rPr>
                <w:i/>
                <w:sz w:val="18"/>
              </w:rPr>
              <w:br/>
              <w:t>pour la gloire du Seigneur Dieu</w:t>
            </w:r>
            <w:r>
              <w:rPr>
                <w:i/>
                <w:sz w:val="18"/>
              </w:rPr>
              <w:br/>
              <w:t>tout en servant mon prochain.</w:t>
            </w:r>
          </w:p>
          <w:p w14:paraId="78974CEC" w14:textId="77777777" w:rsidR="00290C3F" w:rsidRDefault="00000000">
            <w:pPr>
              <w:spacing w:after="140" w:line="252" w:lineRule="auto"/>
            </w:pPr>
            <w:r>
              <w:rPr>
                <w:i/>
                <w:sz w:val="18"/>
              </w:rPr>
              <w:t>Ô Jésus doux et aimant,</w:t>
            </w:r>
            <w:r>
              <w:rPr>
                <w:i/>
                <w:sz w:val="18"/>
              </w:rPr>
              <w:br/>
              <w:t>accordez-moi votre protection chaque jour</w:t>
            </w:r>
            <w:r>
              <w:rPr>
                <w:i/>
                <w:sz w:val="18"/>
              </w:rPr>
              <w:br/>
              <w:t>et conduisez-moi sur la voie de la connaissance,</w:t>
            </w:r>
            <w:r>
              <w:rPr>
                <w:i/>
                <w:sz w:val="18"/>
              </w:rPr>
              <w:br/>
              <w:t>ainsi que sur le chemin de la vie éternelle. Amen.</w:t>
            </w:r>
          </w:p>
        </w:tc>
      </w:tr>
    </w:tbl>
    <w:p w14:paraId="3F603EF8" w14:textId="77777777" w:rsidR="00290C3F" w:rsidRDefault="00000000">
      <w:pPr>
        <w:spacing w:before="160"/>
        <w:jc w:val="center"/>
      </w:pPr>
      <w:r>
        <w:rPr>
          <w:i/>
          <w:color w:val="607D74"/>
          <w:sz w:val="16"/>
        </w:rPr>
        <w:t>Source : Pédenn aveit distro-skol ar vugale – prière en breton pour la rentrée scolaire</w:t>
      </w:r>
    </w:p>
    <w:sectPr w:rsidR="00290C3F" w:rsidSect="00034616">
      <w:headerReference w:type="default" r:id="rId8"/>
      <w:footerReference w:type="default" r:id="rId9"/>
      <w:pgSz w:w="12240" w:h="15840"/>
      <w:pgMar w:top="850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9B07B" w14:textId="77777777" w:rsidR="008819EE" w:rsidRDefault="008819EE">
      <w:pPr>
        <w:spacing w:after="0" w:line="240" w:lineRule="auto"/>
      </w:pPr>
      <w:r>
        <w:separator/>
      </w:r>
    </w:p>
  </w:endnote>
  <w:endnote w:type="continuationSeparator" w:id="0">
    <w:p w14:paraId="59B8E755" w14:textId="77777777" w:rsidR="008819EE" w:rsidRDefault="00881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213A8" w14:textId="3D21B8C6" w:rsidR="00290C3F" w:rsidRDefault="00533E08">
    <w:pPr>
      <w:pStyle w:val="Pieddepag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BA480A" wp14:editId="261C1A38">
          <wp:simplePos x="0" y="0"/>
          <wp:positionH relativeFrom="column">
            <wp:posOffset>-402590</wp:posOffset>
          </wp:positionH>
          <wp:positionV relativeFrom="paragraph">
            <wp:posOffset>-173990</wp:posOffset>
          </wp:positionV>
          <wp:extent cx="1492250" cy="495935"/>
          <wp:effectExtent l="0" t="0" r="0" b="0"/>
          <wp:wrapTight wrapText="bothSides">
            <wp:wrapPolygon edited="0">
              <wp:start x="11030" y="0"/>
              <wp:lineTo x="0" y="830"/>
              <wp:lineTo x="0" y="20743"/>
              <wp:lineTo x="6618" y="20743"/>
              <wp:lineTo x="17648" y="16594"/>
              <wp:lineTo x="21232" y="12446"/>
              <wp:lineTo x="21232" y="0"/>
              <wp:lineTo x="12684" y="0"/>
              <wp:lineTo x="11030" y="0"/>
            </wp:wrapPolygon>
          </wp:wrapTight>
          <wp:docPr id="111813939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139397" name="Image 11181393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2250" cy="495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4DAF" w14:textId="77777777" w:rsidR="008819EE" w:rsidRDefault="008819EE">
      <w:pPr>
        <w:spacing w:after="0" w:line="240" w:lineRule="auto"/>
      </w:pPr>
      <w:r>
        <w:separator/>
      </w:r>
    </w:p>
  </w:footnote>
  <w:footnote w:type="continuationSeparator" w:id="0">
    <w:p w14:paraId="532DBB0F" w14:textId="77777777" w:rsidR="008819EE" w:rsidRDefault="00881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9182" w14:textId="5146F70B" w:rsidR="00290C3F" w:rsidRDefault="00533E08">
    <w:pPr>
      <w:pStyle w:val="En-tte"/>
      <w:jc w:val="right"/>
    </w:pPr>
    <w:r>
      <w:rPr>
        <w:b/>
        <w:color w:val="607D74"/>
        <w:sz w:val="16"/>
      </w:rPr>
      <w:t>DDEC 56, service Formation Humaine.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1511124">
    <w:abstractNumId w:val="8"/>
  </w:num>
  <w:num w:numId="2" w16cid:durableId="33964045">
    <w:abstractNumId w:val="6"/>
  </w:num>
  <w:num w:numId="3" w16cid:durableId="1208492826">
    <w:abstractNumId w:val="5"/>
  </w:num>
  <w:num w:numId="4" w16cid:durableId="946042449">
    <w:abstractNumId w:val="4"/>
  </w:num>
  <w:num w:numId="5" w16cid:durableId="579019134">
    <w:abstractNumId w:val="7"/>
  </w:num>
  <w:num w:numId="6" w16cid:durableId="1089960668">
    <w:abstractNumId w:val="3"/>
  </w:num>
  <w:num w:numId="7" w16cid:durableId="618033228">
    <w:abstractNumId w:val="2"/>
  </w:num>
  <w:num w:numId="8" w16cid:durableId="1290820596">
    <w:abstractNumId w:val="1"/>
  </w:num>
  <w:num w:numId="9" w16cid:durableId="873690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0C3F"/>
    <w:rsid w:val="0029639D"/>
    <w:rsid w:val="00326F90"/>
    <w:rsid w:val="00533E08"/>
    <w:rsid w:val="008819EE"/>
    <w:rsid w:val="008D3E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4109CD"/>
  <w14:defaultImageDpi w14:val="300"/>
  <w15:docId w15:val="{55D14549-6A05-490B-A7E3-C45EE40E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B424B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Prières pour la rentrée 2026</dc:title>
  <dc:subject>Prières en français et en breton</dc:subject>
  <dc:creator>Enseignement catholique</dc:creator>
  <cp:keywords/>
  <dc:description>generated by python-docx</dc:description>
  <cp:lastModifiedBy>Astrid ROBINET</cp:lastModifiedBy>
  <cp:revision>2</cp:revision>
  <dcterms:created xsi:type="dcterms:W3CDTF">2013-12-23T23:15:00Z</dcterms:created>
  <dcterms:modified xsi:type="dcterms:W3CDTF">2026-08-31T20:17:00Z</dcterms:modified>
  <cp:category/>
</cp:coreProperties>
</file>